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94611" w14:textId="18473D31" w:rsidR="003B3E81" w:rsidRDefault="005A5271" w:rsidP="00555289">
      <w:pPr>
        <w:pStyle w:val="1"/>
        <w:jc w:val="center"/>
      </w:pPr>
      <w:proofErr w:type="spellStart"/>
      <w:r>
        <w:rPr>
          <w:sz w:val="48"/>
        </w:rPr>
        <w:t>防治糖尿病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0"/>
        <w:gridCol w:w="4320"/>
      </w:tblGrid>
      <w:tr w:rsidR="003B3E81" w14:paraId="461941F7" w14:textId="77777777" w:rsidTr="00555289">
        <w:trPr>
          <w:jc w:val="center"/>
        </w:trPr>
        <w:tc>
          <w:tcPr>
            <w:tcW w:w="4320" w:type="dxa"/>
          </w:tcPr>
          <w:p w14:paraId="2B21E806" w14:textId="6085D490" w:rsidR="003B3E81" w:rsidRPr="00555289" w:rsidRDefault="00555289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r w:rsidRPr="00555289">
              <w:rPr>
                <w:rFonts w:ascii="標楷體" w:eastAsia="標楷體" w:hAnsi="標楷體"/>
                <w:noProof/>
                <w:color w:val="31849B" w:themeColor="accent5" w:themeShade="BF"/>
                <w:sz w:val="32"/>
                <w:szCs w:val="32"/>
              </w:rPr>
              <w:drawing>
                <wp:inline distT="0" distB="0" distL="0" distR="0" wp14:anchorId="0938778D" wp14:editId="564F0A87">
                  <wp:extent cx="1371600" cy="13716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何為糖尿病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CEECBF" w14:textId="671B4232" w:rsidR="003B3E81" w:rsidRPr="00555289" w:rsidRDefault="00555289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proofErr w:type="spellStart"/>
            <w:r w:rsidRPr="00555289"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  <w:t>何為糖尿病</w:t>
            </w:r>
            <w:proofErr w:type="spellEnd"/>
          </w:p>
        </w:tc>
        <w:tc>
          <w:tcPr>
            <w:tcW w:w="4320" w:type="dxa"/>
          </w:tcPr>
          <w:p w14:paraId="735D288F" w14:textId="77777777" w:rsidR="003B3E81" w:rsidRPr="00555289" w:rsidRDefault="005A5271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r w:rsidRPr="00555289">
              <w:rPr>
                <w:rFonts w:ascii="標楷體" w:eastAsia="標楷體" w:hAnsi="標楷體"/>
                <w:noProof/>
                <w:color w:val="31849B" w:themeColor="accent5" w:themeShade="BF"/>
                <w:sz w:val="32"/>
                <w:szCs w:val="32"/>
              </w:rPr>
              <w:drawing>
                <wp:inline distT="0" distB="0" distL="0" distR="0" wp14:anchorId="517812EA" wp14:editId="067A7FF1">
                  <wp:extent cx="1371600" cy="13716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低血糖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E9F999" w14:textId="77777777" w:rsidR="003B3E81" w:rsidRPr="00555289" w:rsidRDefault="005A5271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r w:rsidRPr="00555289"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  <w:t>低血糖</w:t>
            </w:r>
          </w:p>
        </w:tc>
      </w:tr>
      <w:tr w:rsidR="003B3E81" w14:paraId="360F8C11" w14:textId="77777777" w:rsidTr="00555289">
        <w:trPr>
          <w:jc w:val="center"/>
        </w:trPr>
        <w:tc>
          <w:tcPr>
            <w:tcW w:w="4320" w:type="dxa"/>
          </w:tcPr>
          <w:p w14:paraId="52048356" w14:textId="506EB68E" w:rsidR="003B3E81" w:rsidRPr="00555289" w:rsidRDefault="00555289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r w:rsidRPr="00555289">
              <w:rPr>
                <w:rFonts w:ascii="標楷體" w:eastAsia="標楷體" w:hAnsi="標楷體"/>
                <w:noProof/>
                <w:color w:val="31849B" w:themeColor="accent5" w:themeShade="BF"/>
                <w:sz w:val="32"/>
                <w:szCs w:val="32"/>
              </w:rPr>
              <w:drawing>
                <wp:inline distT="0" distB="0" distL="0" distR="0" wp14:anchorId="1B9F264A" wp14:editId="438CA7A5">
                  <wp:extent cx="1371600" cy="1371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血糖監測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2F5595" w14:textId="3A72F484" w:rsidR="003B3E81" w:rsidRPr="00555289" w:rsidRDefault="00555289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proofErr w:type="spellStart"/>
            <w:r w:rsidRPr="00555289"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  <w:t>血糖監測</w:t>
            </w:r>
            <w:proofErr w:type="spellEnd"/>
          </w:p>
        </w:tc>
        <w:tc>
          <w:tcPr>
            <w:tcW w:w="4320" w:type="dxa"/>
          </w:tcPr>
          <w:p w14:paraId="3CF2F8B7" w14:textId="43879CE1" w:rsidR="003B3E81" w:rsidRPr="00555289" w:rsidRDefault="00A958C4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r w:rsidRPr="00555289">
              <w:rPr>
                <w:rFonts w:ascii="標楷體" w:eastAsia="標楷體" w:hAnsi="標楷體"/>
                <w:noProof/>
                <w:color w:val="31849B" w:themeColor="accent5" w:themeShade="BF"/>
                <w:sz w:val="32"/>
                <w:szCs w:val="32"/>
              </w:rPr>
              <w:drawing>
                <wp:inline distT="0" distB="0" distL="0" distR="0" wp14:anchorId="7502DC87" wp14:editId="449A3808">
                  <wp:extent cx="1371600" cy="13716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高血糖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3C582D" w14:textId="7200FB98" w:rsidR="003B3E81" w:rsidRPr="00555289" w:rsidRDefault="00A958C4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proofErr w:type="spellStart"/>
            <w:r w:rsidRPr="00555289"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  <w:t>高血糖</w:t>
            </w:r>
            <w:proofErr w:type="spellEnd"/>
          </w:p>
        </w:tc>
      </w:tr>
      <w:tr w:rsidR="003B3E81" w14:paraId="7A4F5196" w14:textId="77777777" w:rsidTr="00555289">
        <w:trPr>
          <w:jc w:val="center"/>
        </w:trPr>
        <w:tc>
          <w:tcPr>
            <w:tcW w:w="4320" w:type="dxa"/>
          </w:tcPr>
          <w:p w14:paraId="0D7D3A3A" w14:textId="1D37AC0C" w:rsidR="003B3E81" w:rsidRPr="00555289" w:rsidRDefault="00A958C4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r w:rsidRPr="00555289">
              <w:rPr>
                <w:rFonts w:ascii="標楷體" w:eastAsia="標楷體" w:hAnsi="標楷體"/>
                <w:noProof/>
                <w:color w:val="31849B" w:themeColor="accent5" w:themeShade="BF"/>
                <w:sz w:val="32"/>
                <w:szCs w:val="32"/>
              </w:rPr>
              <w:drawing>
                <wp:inline distT="0" distB="0" distL="0" distR="0" wp14:anchorId="7BCFFED4" wp14:editId="75700D3D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糖化血色素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2F7294" w14:textId="4CCE6F86" w:rsidR="003B3E81" w:rsidRPr="00555289" w:rsidRDefault="00A958C4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proofErr w:type="spellStart"/>
            <w:r w:rsidRPr="00555289"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  <w:t>糖化血色素</w:t>
            </w:r>
            <w:proofErr w:type="spellEnd"/>
          </w:p>
        </w:tc>
        <w:tc>
          <w:tcPr>
            <w:tcW w:w="4320" w:type="dxa"/>
          </w:tcPr>
          <w:p w14:paraId="6F4B5162" w14:textId="3887295D" w:rsidR="003B3E81" w:rsidRPr="00555289" w:rsidRDefault="00A958C4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r w:rsidRPr="00555289">
              <w:rPr>
                <w:rFonts w:ascii="標楷體" w:eastAsia="標楷體" w:hAnsi="標楷體"/>
                <w:noProof/>
                <w:color w:val="31849B" w:themeColor="accent5" w:themeShade="BF"/>
                <w:sz w:val="32"/>
                <w:szCs w:val="32"/>
              </w:rPr>
              <w:drawing>
                <wp:inline distT="0" distB="0" distL="0" distR="0" wp14:anchorId="26E71BD7" wp14:editId="344AB73E">
                  <wp:extent cx="1371600" cy="13716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足部照護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7E1097" w14:textId="2699505B" w:rsidR="003B3E81" w:rsidRPr="00555289" w:rsidRDefault="00A958C4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proofErr w:type="spellStart"/>
            <w:r w:rsidRPr="00555289"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  <w:t>足部照護</w:t>
            </w:r>
            <w:proofErr w:type="spellEnd"/>
          </w:p>
        </w:tc>
      </w:tr>
      <w:tr w:rsidR="003B3E81" w14:paraId="55F37F97" w14:textId="77777777" w:rsidTr="00555289">
        <w:trPr>
          <w:jc w:val="center"/>
        </w:trPr>
        <w:tc>
          <w:tcPr>
            <w:tcW w:w="4320" w:type="dxa"/>
          </w:tcPr>
          <w:p w14:paraId="4FF9D470" w14:textId="77777777" w:rsidR="003B3E81" w:rsidRPr="00555289" w:rsidRDefault="005A5271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r w:rsidRPr="00555289">
              <w:rPr>
                <w:rFonts w:ascii="標楷體" w:eastAsia="標楷體" w:hAnsi="標楷體"/>
                <w:noProof/>
                <w:color w:val="31849B" w:themeColor="accent5" w:themeShade="BF"/>
                <w:sz w:val="32"/>
                <w:szCs w:val="32"/>
              </w:rPr>
              <w:drawing>
                <wp:inline distT="0" distB="0" distL="0" distR="0" wp14:anchorId="416F70FE" wp14:editId="6B4EA7BF">
                  <wp:extent cx="1371600" cy="13716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糖尿病運動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57AAB9" w14:textId="77777777" w:rsidR="003B3E81" w:rsidRPr="00555289" w:rsidRDefault="005A5271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r w:rsidRPr="00555289"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  <w:t>糖尿病運動</w:t>
            </w:r>
          </w:p>
        </w:tc>
        <w:tc>
          <w:tcPr>
            <w:tcW w:w="4320" w:type="dxa"/>
          </w:tcPr>
          <w:p w14:paraId="443D5379" w14:textId="77777777" w:rsidR="003B3E81" w:rsidRPr="00555289" w:rsidRDefault="005A5271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r w:rsidRPr="00555289">
              <w:rPr>
                <w:rFonts w:ascii="標楷體" w:eastAsia="標楷體" w:hAnsi="標楷體"/>
                <w:noProof/>
                <w:color w:val="31849B" w:themeColor="accent5" w:themeShade="BF"/>
                <w:sz w:val="32"/>
                <w:szCs w:val="32"/>
              </w:rPr>
              <w:drawing>
                <wp:inline distT="0" distB="0" distL="0" distR="0" wp14:anchorId="438644AB" wp14:editId="11053EBF">
                  <wp:extent cx="1371600" cy="13716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糖尿病與我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B821BE" w14:textId="77777777" w:rsidR="003B3E81" w:rsidRPr="00555289" w:rsidRDefault="005A5271" w:rsidP="00555289">
            <w:pPr>
              <w:jc w:val="center"/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</w:pPr>
            <w:r w:rsidRPr="00555289">
              <w:rPr>
                <w:rFonts w:ascii="標楷體" w:eastAsia="標楷體" w:hAnsi="標楷體"/>
                <w:color w:val="31849B" w:themeColor="accent5" w:themeShade="BF"/>
                <w:sz w:val="32"/>
                <w:szCs w:val="32"/>
              </w:rPr>
              <w:t>糖尿病與我</w:t>
            </w:r>
          </w:p>
        </w:tc>
      </w:tr>
    </w:tbl>
    <w:p w14:paraId="5A0352E3" w14:textId="77777777" w:rsidR="00555289" w:rsidRDefault="00555289">
      <w:pPr>
        <w:sectPr w:rsidR="00555289" w:rsidSect="00555289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7972B093" w14:textId="132DAAEF" w:rsidR="005A5271" w:rsidRDefault="005A5271"/>
    <w:sectPr w:rsidR="005A5271" w:rsidSect="00555289">
      <w:type w:val="continuous"/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B3E81"/>
    <w:rsid w:val="00555289"/>
    <w:rsid w:val="005A5271"/>
    <w:rsid w:val="00A958C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FAE889"/>
  <w14:defaultImageDpi w14:val="300"/>
  <w15:docId w15:val="{8661E24C-D2AC-4D3A-B58B-4CF7E74CA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Wilson Tung</cp:lastModifiedBy>
  <cp:revision>2</cp:revision>
  <dcterms:created xsi:type="dcterms:W3CDTF">2024-07-30T04:27:00Z</dcterms:created>
  <dcterms:modified xsi:type="dcterms:W3CDTF">2024-07-30T04:27:00Z</dcterms:modified>
  <cp:category/>
</cp:coreProperties>
</file>